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BA1C" w14:textId="5A100174" w:rsidR="007C3C02" w:rsidRDefault="00451AE1">
      <w:pPr>
        <w:jc w:val="center"/>
      </w:pPr>
      <w:r>
        <w:rPr>
          <w:b/>
          <w:color w:val="8C4A5A"/>
          <w:sz w:val="22"/>
        </w:rPr>
        <w:t>ZÁHOR</w:t>
      </w:r>
      <w:r w:rsidR="005462C1">
        <w:rPr>
          <w:b/>
          <w:color w:val="8C4A5A"/>
          <w:sz w:val="22"/>
        </w:rPr>
        <w:t>KÉ</w:t>
      </w:r>
      <w:r>
        <w:rPr>
          <w:b/>
          <w:color w:val="8C4A5A"/>
          <w:sz w:val="22"/>
        </w:rPr>
        <w:t xml:space="preserve"> OSVETOVÉ STREDISKO V SENICI</w:t>
      </w:r>
    </w:p>
    <w:p w14:paraId="5277A846" w14:textId="77777777" w:rsidR="007C3C02" w:rsidRDefault="00451AE1">
      <w:pPr>
        <w:jc w:val="center"/>
      </w:pPr>
      <w:r>
        <w:rPr>
          <w:b/>
          <w:color w:val="24382D"/>
          <w:sz w:val="52"/>
        </w:rPr>
        <w:t>XXIX. TIMRAVINA STUDNIČKA</w:t>
      </w:r>
    </w:p>
    <w:p w14:paraId="537F790B" w14:textId="77777777" w:rsidR="007C3C02" w:rsidRDefault="00451AE1">
      <w:pPr>
        <w:jc w:val="center"/>
      </w:pPr>
      <w:r>
        <w:rPr>
          <w:b/>
          <w:color w:val="8C4A5A"/>
          <w:sz w:val="24"/>
        </w:rPr>
        <w:t>PRIHLÁŠKA DO REGIONÁLNEHO KOLA</w:t>
      </w:r>
    </w:p>
    <w:p w14:paraId="5C537F40" w14:textId="77777777" w:rsidR="007C3C02" w:rsidRPr="00AA2CB3" w:rsidRDefault="00451AE1">
      <w:pPr>
        <w:jc w:val="center"/>
        <w:rPr>
          <w:color w:val="auto"/>
        </w:rPr>
      </w:pPr>
      <w:r w:rsidRPr="00AA2CB3">
        <w:rPr>
          <w:b/>
          <w:color w:val="auto"/>
          <w:sz w:val="22"/>
        </w:rPr>
        <w:t>3. november 2026 • Senica</w:t>
      </w:r>
    </w:p>
    <w:tbl>
      <w:tblPr>
        <w:tblStyle w:val="Mriekatabuky"/>
        <w:tblW w:w="9671" w:type="dxa"/>
        <w:tblLook w:val="04A0" w:firstRow="1" w:lastRow="0" w:firstColumn="1" w:lastColumn="0" w:noHBand="0" w:noVBand="1"/>
      </w:tblPr>
      <w:tblGrid>
        <w:gridCol w:w="9671"/>
      </w:tblGrid>
      <w:tr w:rsidR="00AA2CB3" w:rsidRPr="00AA2CB3" w14:paraId="75E73FF6" w14:textId="77777777" w:rsidTr="00AA2CB3">
        <w:trPr>
          <w:trHeight w:hRule="exact" w:val="639"/>
        </w:trPr>
        <w:tc>
          <w:tcPr>
            <w:tcW w:w="967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A82C5B3" w14:textId="77777777" w:rsidR="007C3C02" w:rsidRPr="00AA2CB3" w:rsidRDefault="00451AE1">
            <w:pPr>
              <w:rPr>
                <w:color w:val="auto"/>
              </w:rPr>
            </w:pPr>
            <w:r w:rsidRPr="00AA2CB3">
              <w:rPr>
                <w:b/>
                <w:color w:val="auto"/>
              </w:rPr>
              <w:t xml:space="preserve">Meno a </w:t>
            </w:r>
            <w:proofErr w:type="spellStart"/>
            <w:r w:rsidRPr="00AA2CB3">
              <w:rPr>
                <w:b/>
                <w:color w:val="auto"/>
              </w:rPr>
              <w:t>priezvisko</w:t>
            </w:r>
            <w:proofErr w:type="spellEnd"/>
            <w:r w:rsidRPr="00AA2CB3">
              <w:rPr>
                <w:b/>
                <w:color w:val="auto"/>
              </w:rPr>
              <w:t xml:space="preserve"> </w:t>
            </w:r>
            <w:proofErr w:type="spellStart"/>
            <w:r w:rsidRPr="00AA2CB3">
              <w:rPr>
                <w:b/>
                <w:color w:val="auto"/>
              </w:rPr>
              <w:t>recitátora</w:t>
            </w:r>
            <w:proofErr w:type="spellEnd"/>
            <w:r w:rsidRPr="00AA2CB3">
              <w:rPr>
                <w:b/>
                <w:color w:val="auto"/>
              </w:rPr>
              <w:t>:</w:t>
            </w:r>
            <w:r w:rsidRPr="00AA2CB3">
              <w:rPr>
                <w:b/>
                <w:color w:val="auto"/>
              </w:rPr>
              <w:br/>
            </w:r>
            <w:r w:rsidRPr="00AA2CB3">
              <w:rPr>
                <w:b/>
                <w:color w:val="auto"/>
              </w:rPr>
              <w:br/>
            </w:r>
          </w:p>
        </w:tc>
      </w:tr>
      <w:tr w:rsidR="00AA2CB3" w:rsidRPr="00AA2CB3" w14:paraId="2F669B45" w14:textId="77777777" w:rsidTr="00AA2CB3">
        <w:trPr>
          <w:trHeight w:hRule="exact" w:val="708"/>
        </w:trPr>
        <w:tc>
          <w:tcPr>
            <w:tcW w:w="967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38DBBB3" w14:textId="77777777" w:rsidR="007C3C02" w:rsidRPr="00AA2CB3" w:rsidRDefault="00451AE1">
            <w:pPr>
              <w:rPr>
                <w:color w:val="auto"/>
              </w:rPr>
            </w:pPr>
            <w:proofErr w:type="spellStart"/>
            <w:r w:rsidRPr="00AA2CB3">
              <w:rPr>
                <w:b/>
                <w:color w:val="auto"/>
              </w:rPr>
              <w:t>Adresa</w:t>
            </w:r>
            <w:proofErr w:type="spellEnd"/>
            <w:r w:rsidRPr="00AA2CB3">
              <w:rPr>
                <w:b/>
                <w:color w:val="auto"/>
              </w:rPr>
              <w:t>:</w:t>
            </w:r>
            <w:r w:rsidRPr="00AA2CB3">
              <w:rPr>
                <w:b/>
                <w:color w:val="auto"/>
              </w:rPr>
              <w:br/>
            </w:r>
            <w:r w:rsidRPr="00AA2CB3">
              <w:rPr>
                <w:b/>
                <w:color w:val="auto"/>
              </w:rPr>
              <w:br/>
            </w:r>
          </w:p>
        </w:tc>
      </w:tr>
      <w:tr w:rsidR="00AA2CB3" w:rsidRPr="00AA2CB3" w14:paraId="7CE6850D" w14:textId="77777777" w:rsidTr="00AA2CB3">
        <w:trPr>
          <w:trHeight w:hRule="exact" w:val="847"/>
        </w:trPr>
        <w:tc>
          <w:tcPr>
            <w:tcW w:w="967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E5F665C" w14:textId="77777777" w:rsidR="007C3C02" w:rsidRPr="00AA2CB3" w:rsidRDefault="00451AE1">
            <w:pPr>
              <w:rPr>
                <w:color w:val="auto"/>
              </w:rPr>
            </w:pPr>
            <w:proofErr w:type="spellStart"/>
            <w:r w:rsidRPr="00AA2CB3">
              <w:rPr>
                <w:b/>
                <w:color w:val="auto"/>
              </w:rPr>
              <w:t>Telefón</w:t>
            </w:r>
            <w:proofErr w:type="spellEnd"/>
            <w:r w:rsidRPr="00AA2CB3">
              <w:rPr>
                <w:b/>
                <w:color w:val="auto"/>
              </w:rPr>
              <w:t>, e-mail:</w:t>
            </w:r>
            <w:r w:rsidRPr="00AA2CB3">
              <w:rPr>
                <w:b/>
                <w:color w:val="auto"/>
              </w:rPr>
              <w:br/>
            </w:r>
            <w:r w:rsidRPr="00AA2CB3">
              <w:rPr>
                <w:b/>
                <w:color w:val="auto"/>
              </w:rPr>
              <w:br/>
            </w:r>
          </w:p>
        </w:tc>
      </w:tr>
      <w:tr w:rsidR="00AA2CB3" w:rsidRPr="00AA2CB3" w14:paraId="218925FD" w14:textId="77777777" w:rsidTr="00AA2CB3">
        <w:trPr>
          <w:trHeight w:hRule="exact" w:val="705"/>
        </w:trPr>
        <w:tc>
          <w:tcPr>
            <w:tcW w:w="967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28B3551" w14:textId="77777777" w:rsidR="007C3C02" w:rsidRPr="00AA2CB3" w:rsidRDefault="00451AE1">
            <w:pPr>
              <w:rPr>
                <w:color w:val="auto"/>
              </w:rPr>
            </w:pPr>
            <w:proofErr w:type="spellStart"/>
            <w:r w:rsidRPr="00AA2CB3">
              <w:rPr>
                <w:b/>
                <w:color w:val="auto"/>
              </w:rPr>
              <w:t>Škola</w:t>
            </w:r>
            <w:proofErr w:type="spellEnd"/>
            <w:r w:rsidRPr="00AA2CB3">
              <w:rPr>
                <w:b/>
                <w:color w:val="auto"/>
              </w:rPr>
              <w:t xml:space="preserve"> (</w:t>
            </w:r>
            <w:proofErr w:type="spellStart"/>
            <w:r w:rsidRPr="00AA2CB3">
              <w:rPr>
                <w:b/>
                <w:color w:val="auto"/>
              </w:rPr>
              <w:t>ak</w:t>
            </w:r>
            <w:proofErr w:type="spellEnd"/>
            <w:r w:rsidRPr="00AA2CB3">
              <w:rPr>
                <w:b/>
                <w:color w:val="auto"/>
              </w:rPr>
              <w:t xml:space="preserve"> je </w:t>
            </w:r>
            <w:proofErr w:type="spellStart"/>
            <w:r w:rsidRPr="00AA2CB3">
              <w:rPr>
                <w:b/>
                <w:color w:val="auto"/>
              </w:rPr>
              <w:t>recitátor</w:t>
            </w:r>
            <w:proofErr w:type="spellEnd"/>
            <w:r w:rsidRPr="00AA2CB3">
              <w:rPr>
                <w:b/>
                <w:color w:val="auto"/>
              </w:rPr>
              <w:t xml:space="preserve"> </w:t>
            </w:r>
            <w:proofErr w:type="spellStart"/>
            <w:r w:rsidRPr="00AA2CB3">
              <w:rPr>
                <w:b/>
                <w:color w:val="auto"/>
              </w:rPr>
              <w:t>žiakom</w:t>
            </w:r>
            <w:proofErr w:type="spellEnd"/>
            <w:r w:rsidRPr="00AA2CB3">
              <w:rPr>
                <w:b/>
                <w:color w:val="auto"/>
              </w:rPr>
              <w:t>/</w:t>
            </w:r>
            <w:proofErr w:type="spellStart"/>
            <w:r w:rsidRPr="00AA2CB3">
              <w:rPr>
                <w:b/>
                <w:color w:val="auto"/>
              </w:rPr>
              <w:t>študentom</w:t>
            </w:r>
            <w:proofErr w:type="spellEnd"/>
            <w:r w:rsidRPr="00AA2CB3">
              <w:rPr>
                <w:b/>
                <w:color w:val="auto"/>
              </w:rPr>
              <w:t>):</w:t>
            </w:r>
            <w:r w:rsidRPr="00AA2CB3">
              <w:rPr>
                <w:b/>
                <w:color w:val="auto"/>
              </w:rPr>
              <w:br/>
            </w:r>
            <w:r w:rsidRPr="00AA2CB3">
              <w:rPr>
                <w:b/>
                <w:color w:val="auto"/>
              </w:rPr>
              <w:br/>
            </w:r>
          </w:p>
        </w:tc>
      </w:tr>
      <w:tr w:rsidR="00AA2CB3" w:rsidRPr="00AA2CB3" w14:paraId="352C9FB1" w14:textId="77777777" w:rsidTr="00AA2CB3">
        <w:trPr>
          <w:trHeight w:hRule="exact" w:val="717"/>
        </w:trPr>
        <w:tc>
          <w:tcPr>
            <w:tcW w:w="967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5833247" w14:textId="77777777" w:rsidR="007C3C02" w:rsidRPr="00AA2CB3" w:rsidRDefault="00451AE1">
            <w:pPr>
              <w:rPr>
                <w:color w:val="auto"/>
              </w:rPr>
            </w:pPr>
            <w:proofErr w:type="spellStart"/>
            <w:r w:rsidRPr="00AA2CB3">
              <w:rPr>
                <w:b/>
                <w:color w:val="auto"/>
              </w:rPr>
              <w:t>Súťažný</w:t>
            </w:r>
            <w:proofErr w:type="spellEnd"/>
            <w:r w:rsidRPr="00AA2CB3">
              <w:rPr>
                <w:b/>
                <w:color w:val="auto"/>
              </w:rPr>
              <w:t xml:space="preserve"> text a </w:t>
            </w:r>
            <w:proofErr w:type="spellStart"/>
            <w:r w:rsidRPr="00AA2CB3">
              <w:rPr>
                <w:b/>
                <w:color w:val="auto"/>
              </w:rPr>
              <w:t>meno</w:t>
            </w:r>
            <w:proofErr w:type="spellEnd"/>
            <w:r w:rsidRPr="00AA2CB3">
              <w:rPr>
                <w:b/>
                <w:color w:val="auto"/>
              </w:rPr>
              <w:t xml:space="preserve"> </w:t>
            </w:r>
            <w:proofErr w:type="spellStart"/>
            <w:r w:rsidRPr="00AA2CB3">
              <w:rPr>
                <w:b/>
                <w:color w:val="auto"/>
              </w:rPr>
              <w:t>autora</w:t>
            </w:r>
            <w:proofErr w:type="spellEnd"/>
            <w:r w:rsidRPr="00AA2CB3">
              <w:rPr>
                <w:b/>
                <w:color w:val="auto"/>
              </w:rPr>
              <w:t>:</w:t>
            </w:r>
            <w:r w:rsidRPr="00AA2CB3">
              <w:rPr>
                <w:b/>
                <w:color w:val="auto"/>
              </w:rPr>
              <w:br/>
            </w:r>
            <w:r w:rsidRPr="00AA2CB3">
              <w:rPr>
                <w:b/>
                <w:color w:val="auto"/>
              </w:rPr>
              <w:br/>
            </w:r>
          </w:p>
        </w:tc>
      </w:tr>
      <w:tr w:rsidR="00AA2CB3" w:rsidRPr="00AA2CB3" w14:paraId="205CECA9" w14:textId="77777777" w:rsidTr="00AA2CB3">
        <w:trPr>
          <w:trHeight w:hRule="exact" w:val="574"/>
        </w:trPr>
        <w:tc>
          <w:tcPr>
            <w:tcW w:w="967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BF7113C" w14:textId="2CAE2D2F" w:rsidR="007C3C02" w:rsidRPr="00AA2CB3" w:rsidRDefault="00603797">
            <w:pPr>
              <w:rPr>
                <w:color w:val="auto"/>
              </w:rPr>
            </w:pPr>
            <w:proofErr w:type="spellStart"/>
            <w:r>
              <w:rPr>
                <w:b/>
                <w:color w:val="auto"/>
              </w:rPr>
              <w:t>K</w:t>
            </w:r>
            <w:r w:rsidR="00451AE1" w:rsidRPr="00AA2CB3">
              <w:rPr>
                <w:b/>
                <w:color w:val="auto"/>
              </w:rPr>
              <w:t>ategória</w:t>
            </w:r>
            <w:proofErr w:type="spellEnd"/>
            <w:r w:rsidR="00451AE1" w:rsidRPr="00AA2CB3">
              <w:rPr>
                <w:b/>
                <w:color w:val="auto"/>
              </w:rPr>
              <w:t>:</w:t>
            </w:r>
            <w:r w:rsidR="00451AE1" w:rsidRPr="00AA2CB3">
              <w:rPr>
                <w:b/>
                <w:color w:val="auto"/>
              </w:rPr>
              <w:br/>
            </w:r>
            <w:r w:rsidR="00451AE1" w:rsidRPr="00AA2CB3">
              <w:rPr>
                <w:b/>
                <w:color w:val="auto"/>
              </w:rPr>
              <w:br/>
            </w:r>
          </w:p>
        </w:tc>
      </w:tr>
    </w:tbl>
    <w:p w14:paraId="27EFDC46" w14:textId="112D5AEC" w:rsidR="007C3C02" w:rsidRPr="00AD31D9" w:rsidRDefault="00451AE1">
      <w:pPr>
        <w:rPr>
          <w:color w:val="auto"/>
          <w:sz w:val="24"/>
          <w:szCs w:val="28"/>
          <w:u w:val="single"/>
        </w:rPr>
      </w:pPr>
      <w:proofErr w:type="spellStart"/>
      <w:r w:rsidRPr="00AD31D9">
        <w:rPr>
          <w:b/>
          <w:color w:val="auto"/>
          <w:sz w:val="24"/>
          <w:szCs w:val="28"/>
          <w:u w:val="single"/>
        </w:rPr>
        <w:t>Upozornenie</w:t>
      </w:r>
      <w:proofErr w:type="spellEnd"/>
      <w:r w:rsidRPr="00AD31D9">
        <w:rPr>
          <w:b/>
          <w:color w:val="auto"/>
          <w:sz w:val="24"/>
          <w:szCs w:val="28"/>
          <w:u w:val="single"/>
        </w:rPr>
        <w:t xml:space="preserve">: K </w:t>
      </w:r>
      <w:proofErr w:type="spellStart"/>
      <w:r w:rsidRPr="00AD31D9">
        <w:rPr>
          <w:b/>
          <w:color w:val="auto"/>
          <w:sz w:val="24"/>
          <w:szCs w:val="28"/>
          <w:u w:val="single"/>
        </w:rPr>
        <w:t>prihláške</w:t>
      </w:r>
      <w:proofErr w:type="spellEnd"/>
      <w:r w:rsidRPr="00AD31D9">
        <w:rPr>
          <w:b/>
          <w:color w:val="auto"/>
          <w:sz w:val="24"/>
          <w:szCs w:val="28"/>
          <w:u w:val="single"/>
        </w:rPr>
        <w:t xml:space="preserve"> je potrebné doložiť prednášaný text.</w:t>
      </w:r>
    </w:p>
    <w:p w14:paraId="37E22AD8" w14:textId="77777777" w:rsidR="007C3C02" w:rsidRPr="00AA2CB3" w:rsidRDefault="00451AE1">
      <w:pPr>
        <w:pStyle w:val="Nadpis1"/>
        <w:rPr>
          <w:color w:val="auto"/>
        </w:rPr>
      </w:pPr>
      <w:r w:rsidRPr="00AA2CB3">
        <w:rPr>
          <w:color w:val="auto"/>
        </w:rPr>
        <w:t>SÚHLAS SO SPRACOVANÍM OSOBNÝCH ÚDAJOV</w:t>
      </w:r>
    </w:p>
    <w:p w14:paraId="7A9269E5" w14:textId="77777777" w:rsidR="007C3C02" w:rsidRPr="00AA2CB3" w:rsidRDefault="00451AE1">
      <w:pPr>
        <w:rPr>
          <w:color w:val="auto"/>
        </w:rPr>
      </w:pPr>
      <w:r w:rsidRPr="00AA2CB3">
        <w:rPr>
          <w:color w:val="auto"/>
        </w:rPr>
        <w:t>Meno a priezvisko recitátora (alebo jeho zákonného zástupcu, ak má účastník menej ako 16 rokov):</w:t>
      </w:r>
    </w:p>
    <w:p w14:paraId="5DF576B1" w14:textId="77777777" w:rsidR="007C3C02" w:rsidRPr="00AA2CB3" w:rsidRDefault="00451AE1">
      <w:pPr>
        <w:rPr>
          <w:color w:val="auto"/>
        </w:rPr>
      </w:pPr>
      <w:r w:rsidRPr="00AA2CB3">
        <w:rPr>
          <w:color w:val="auto"/>
        </w:rPr>
        <w:t>........................................................................................................................</w:t>
      </w:r>
    </w:p>
    <w:p w14:paraId="2CD751EC" w14:textId="77777777" w:rsidR="007C3C02" w:rsidRPr="00AA2CB3" w:rsidRDefault="00451AE1" w:rsidP="00AD31D9">
      <w:pPr>
        <w:jc w:val="both"/>
        <w:rPr>
          <w:color w:val="auto"/>
        </w:rPr>
      </w:pPr>
      <w:r w:rsidRPr="00AA2CB3">
        <w:rPr>
          <w:color w:val="auto"/>
        </w:rPr>
        <w:t>Svojím podpisom dobrovoľne udeľujem organizátorovi súťaže Timravina studnička súhlas so spracovaním osobných údajov uvedených v prihláške na účely organizácie a dokumentácie súťaže.</w:t>
      </w:r>
    </w:p>
    <w:p w14:paraId="5B6E9A9B" w14:textId="77777777" w:rsidR="007C3C02" w:rsidRPr="00AA2CB3" w:rsidRDefault="00451AE1" w:rsidP="00AD31D9">
      <w:pPr>
        <w:jc w:val="both"/>
        <w:rPr>
          <w:color w:val="auto"/>
        </w:rPr>
      </w:pPr>
      <w:r w:rsidRPr="00AA2CB3">
        <w:rPr>
          <w:color w:val="auto"/>
        </w:rPr>
        <w:t>Súhlasím najmä so spracovaním osobných údajov na účely:</w:t>
      </w:r>
    </w:p>
    <w:p w14:paraId="3D2E1E46" w14:textId="77777777" w:rsidR="007C3C02" w:rsidRPr="00AA2CB3" w:rsidRDefault="00451AE1" w:rsidP="00AD31D9">
      <w:pPr>
        <w:pStyle w:val="Zoznamsodrkami"/>
        <w:jc w:val="both"/>
        <w:rPr>
          <w:color w:val="auto"/>
        </w:rPr>
      </w:pPr>
      <w:r w:rsidRPr="00AA2CB3">
        <w:rPr>
          <w:color w:val="auto"/>
        </w:rPr>
        <w:t>evidencie účastníkov a vedenia prezenčnej a výsledkovej listiny,</w:t>
      </w:r>
    </w:p>
    <w:p w14:paraId="2D4C47D6" w14:textId="77777777" w:rsidR="007C3C02" w:rsidRPr="00AA2CB3" w:rsidRDefault="00451AE1" w:rsidP="00AD31D9">
      <w:pPr>
        <w:pStyle w:val="Zoznamsodrkami"/>
        <w:jc w:val="both"/>
        <w:rPr>
          <w:color w:val="auto"/>
        </w:rPr>
      </w:pPr>
      <w:r w:rsidRPr="00AA2CB3">
        <w:rPr>
          <w:color w:val="auto"/>
        </w:rPr>
        <w:t>archivácie dokumentácie súvisiacej so súťažou,</w:t>
      </w:r>
    </w:p>
    <w:p w14:paraId="626C9F80" w14:textId="77777777" w:rsidR="007C3C02" w:rsidRPr="00AA2CB3" w:rsidRDefault="00451AE1" w:rsidP="00AD31D9">
      <w:pPr>
        <w:pStyle w:val="Zoznamsodrkami"/>
        <w:jc w:val="both"/>
        <w:rPr>
          <w:color w:val="auto"/>
        </w:rPr>
      </w:pPr>
      <w:r w:rsidRPr="00AA2CB3">
        <w:rPr>
          <w:color w:val="auto"/>
        </w:rPr>
        <w:t>zverejnenia mena, priezviska a dosiahnutého výsledku v súvislosti so súťažou na webovej stránke organizátora,</w:t>
      </w:r>
    </w:p>
    <w:p w14:paraId="7C2FEBA1" w14:textId="77777777" w:rsidR="007C3C02" w:rsidRPr="00AA2CB3" w:rsidRDefault="00451AE1" w:rsidP="00AD31D9">
      <w:pPr>
        <w:pStyle w:val="Zoznamsodrkami"/>
        <w:jc w:val="both"/>
        <w:rPr>
          <w:color w:val="auto"/>
        </w:rPr>
      </w:pPr>
      <w:r w:rsidRPr="00AA2CB3">
        <w:rPr>
          <w:color w:val="auto"/>
        </w:rPr>
        <w:t>zverejnenia fotografií a iných obrazových záznamov zo súťaže na webovej stránke a sociálnych sieťach organizátora na účely prezentácie súťaže.</w:t>
      </w:r>
    </w:p>
    <w:p w14:paraId="556F8289" w14:textId="77777777" w:rsidR="007C3C02" w:rsidRPr="00AA2CB3" w:rsidRDefault="00451AE1" w:rsidP="00AD31D9">
      <w:pPr>
        <w:jc w:val="both"/>
        <w:rPr>
          <w:color w:val="auto"/>
        </w:rPr>
      </w:pPr>
      <w:r w:rsidRPr="00AA2CB3">
        <w:rPr>
          <w:color w:val="auto"/>
        </w:rPr>
        <w:t>Súhlas udeľujem dobrovoľne a beriem na vedomie, že ho môžem kedykoľvek odvolať.</w:t>
      </w:r>
    </w:p>
    <w:p w14:paraId="31EFB622" w14:textId="0CE1B621" w:rsidR="007C3C02" w:rsidRPr="00AA2CB3" w:rsidRDefault="00451AE1" w:rsidP="00AD31D9">
      <w:pPr>
        <w:rPr>
          <w:color w:val="auto"/>
        </w:rPr>
      </w:pPr>
      <w:r w:rsidRPr="00AA2CB3">
        <w:rPr>
          <w:color w:val="auto"/>
        </w:rPr>
        <w:br/>
        <w:t xml:space="preserve">Dátum: ...................................       </w:t>
      </w:r>
      <w:r w:rsidR="00AD31D9">
        <w:rPr>
          <w:color w:val="auto"/>
        </w:rPr>
        <w:tab/>
      </w:r>
      <w:r w:rsidRPr="00AA2CB3">
        <w:rPr>
          <w:color w:val="auto"/>
        </w:rPr>
        <w:t>..................................................</w:t>
      </w:r>
      <w:r w:rsidRPr="00AA2CB3">
        <w:rPr>
          <w:color w:val="auto"/>
        </w:rPr>
        <w:br/>
        <w:t xml:space="preserve">                                                     </w:t>
      </w:r>
      <w:r w:rsidR="00C84CF2" w:rsidRPr="00AA2CB3">
        <w:rPr>
          <w:color w:val="auto"/>
        </w:rPr>
        <w:t xml:space="preserve">   </w:t>
      </w:r>
      <w:r w:rsidR="00C84CF2" w:rsidRPr="00AA2CB3">
        <w:rPr>
          <w:color w:val="auto"/>
        </w:rPr>
        <w:tab/>
      </w:r>
      <w:r w:rsidR="00C84CF2" w:rsidRPr="00AA2CB3">
        <w:rPr>
          <w:color w:val="auto"/>
        </w:rPr>
        <w:tab/>
      </w:r>
      <w:proofErr w:type="spellStart"/>
      <w:r w:rsidRPr="00AA2CB3">
        <w:rPr>
          <w:color w:val="auto"/>
        </w:rPr>
        <w:t>podpis</w:t>
      </w:r>
      <w:proofErr w:type="spellEnd"/>
      <w:r w:rsidRPr="00AA2CB3">
        <w:rPr>
          <w:color w:val="auto"/>
        </w:rPr>
        <w:t xml:space="preserve"> </w:t>
      </w:r>
      <w:proofErr w:type="spellStart"/>
      <w:r w:rsidRPr="00AA2CB3">
        <w:rPr>
          <w:color w:val="auto"/>
        </w:rPr>
        <w:t>recitátora</w:t>
      </w:r>
      <w:proofErr w:type="spellEnd"/>
      <w:r w:rsidRPr="00AA2CB3">
        <w:rPr>
          <w:color w:val="auto"/>
        </w:rPr>
        <w:br/>
        <w:t xml:space="preserve">                                                     </w:t>
      </w:r>
      <w:r w:rsidR="00C84CF2" w:rsidRPr="00AA2CB3">
        <w:rPr>
          <w:color w:val="auto"/>
        </w:rPr>
        <w:tab/>
      </w:r>
      <w:r w:rsidR="00C84CF2" w:rsidRPr="00AA2CB3">
        <w:rPr>
          <w:color w:val="auto"/>
        </w:rPr>
        <w:tab/>
      </w:r>
      <w:r w:rsidRPr="00AA2CB3">
        <w:rPr>
          <w:color w:val="auto"/>
        </w:rPr>
        <w:t>(</w:t>
      </w:r>
      <w:proofErr w:type="spellStart"/>
      <w:r w:rsidRPr="00AA2CB3">
        <w:rPr>
          <w:color w:val="auto"/>
        </w:rPr>
        <w:t>alebo</w:t>
      </w:r>
      <w:proofErr w:type="spellEnd"/>
      <w:r w:rsidRPr="00AA2CB3">
        <w:rPr>
          <w:color w:val="auto"/>
        </w:rPr>
        <w:t xml:space="preserve"> </w:t>
      </w:r>
      <w:proofErr w:type="spellStart"/>
      <w:r w:rsidRPr="00AA2CB3">
        <w:rPr>
          <w:color w:val="auto"/>
        </w:rPr>
        <w:t>jeho</w:t>
      </w:r>
      <w:proofErr w:type="spellEnd"/>
      <w:r w:rsidRPr="00AA2CB3">
        <w:rPr>
          <w:color w:val="auto"/>
        </w:rPr>
        <w:t xml:space="preserve"> </w:t>
      </w:r>
      <w:proofErr w:type="spellStart"/>
      <w:r w:rsidRPr="00AA2CB3">
        <w:rPr>
          <w:color w:val="auto"/>
        </w:rPr>
        <w:t>zákonného</w:t>
      </w:r>
      <w:proofErr w:type="spellEnd"/>
      <w:r w:rsidRPr="00AA2CB3">
        <w:rPr>
          <w:color w:val="auto"/>
        </w:rPr>
        <w:t xml:space="preserve"> </w:t>
      </w:r>
      <w:proofErr w:type="spellStart"/>
      <w:r w:rsidRPr="00AA2CB3">
        <w:rPr>
          <w:color w:val="auto"/>
        </w:rPr>
        <w:t>zástupcu</w:t>
      </w:r>
      <w:proofErr w:type="spellEnd"/>
      <w:r w:rsidRPr="00AA2CB3">
        <w:rPr>
          <w:color w:val="auto"/>
        </w:rPr>
        <w:t>)</w:t>
      </w:r>
    </w:p>
    <w:p w14:paraId="542B1390" w14:textId="77777777" w:rsidR="007C3C02" w:rsidRPr="00AA2CB3" w:rsidRDefault="00451AE1">
      <w:pPr>
        <w:rPr>
          <w:color w:val="auto"/>
        </w:rPr>
      </w:pPr>
      <w:r w:rsidRPr="00AA2CB3">
        <w:rPr>
          <w:b/>
          <w:color w:val="auto"/>
        </w:rPr>
        <w:lastRenderedPageBreak/>
        <w:br/>
        <w:t>Prihlášky spolu so súťažným textom zasielajte do 20. 10. 2026 na adresu:</w:t>
      </w:r>
    </w:p>
    <w:p w14:paraId="139A53A8" w14:textId="77777777" w:rsidR="007C3C02" w:rsidRPr="00AA2CB3" w:rsidRDefault="00451AE1">
      <w:pPr>
        <w:rPr>
          <w:color w:val="auto"/>
        </w:rPr>
      </w:pPr>
      <w:r w:rsidRPr="00AA2CB3">
        <w:rPr>
          <w:b/>
          <w:color w:val="auto"/>
        </w:rPr>
        <w:t>Záhorské osvetové stredisko v Senici</w:t>
      </w:r>
      <w:r w:rsidRPr="00AA2CB3">
        <w:rPr>
          <w:b/>
          <w:color w:val="auto"/>
        </w:rPr>
        <w:br/>
      </w:r>
      <w:r w:rsidRPr="00AA2CB3">
        <w:rPr>
          <w:color w:val="auto"/>
        </w:rPr>
        <w:t>Vajanského 19/5, 905 01 Senica</w:t>
      </w:r>
      <w:r w:rsidRPr="00AA2CB3">
        <w:rPr>
          <w:color w:val="auto"/>
        </w:rPr>
        <w:br/>
        <w:t>tel.: 0911 100 302</w:t>
      </w:r>
      <w:r w:rsidRPr="00AA2CB3">
        <w:rPr>
          <w:color w:val="auto"/>
        </w:rPr>
        <w:br/>
        <w:t>e-mail: sudi.jana@zupa-tt.sk</w:t>
      </w:r>
    </w:p>
    <w:p w14:paraId="22880D6E" w14:textId="053B2862" w:rsidR="007C3C02" w:rsidRPr="00AA2CB3" w:rsidRDefault="00451AE1">
      <w:pPr>
        <w:rPr>
          <w:color w:val="auto"/>
        </w:rPr>
      </w:pPr>
      <w:r w:rsidRPr="00AA2CB3">
        <w:rPr>
          <w:color w:val="auto"/>
        </w:rPr>
        <w:br/>
      </w:r>
    </w:p>
    <w:sectPr w:rsidR="007C3C02" w:rsidRPr="00AA2CB3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243B1" w14:textId="77777777" w:rsidR="00612971" w:rsidRDefault="00612971">
      <w:pPr>
        <w:spacing w:after="0" w:line="240" w:lineRule="auto"/>
      </w:pPr>
      <w:r>
        <w:separator/>
      </w:r>
    </w:p>
  </w:endnote>
  <w:endnote w:type="continuationSeparator" w:id="0">
    <w:p w14:paraId="440390B3" w14:textId="77777777" w:rsidR="00612971" w:rsidRDefault="00612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81403" w14:textId="77777777" w:rsidR="007C3C02" w:rsidRDefault="00451AE1">
    <w:pPr>
      <w:pStyle w:val="Pta"/>
      <w:jc w:val="center"/>
    </w:pPr>
    <w:proofErr w:type="spellStart"/>
    <w:r>
      <w:rPr>
        <w:color w:val="777777"/>
        <w:sz w:val="16"/>
      </w:rPr>
      <w:t>Záhorské</w:t>
    </w:r>
    <w:proofErr w:type="spellEnd"/>
    <w:r>
      <w:rPr>
        <w:color w:val="777777"/>
        <w:sz w:val="16"/>
      </w:rPr>
      <w:t xml:space="preserve"> </w:t>
    </w:r>
    <w:proofErr w:type="spellStart"/>
    <w:r>
      <w:rPr>
        <w:color w:val="777777"/>
        <w:sz w:val="16"/>
      </w:rPr>
      <w:t>osvetové</w:t>
    </w:r>
    <w:proofErr w:type="spellEnd"/>
    <w:r>
      <w:rPr>
        <w:color w:val="777777"/>
        <w:sz w:val="16"/>
      </w:rPr>
      <w:t xml:space="preserve"> </w:t>
    </w:r>
    <w:proofErr w:type="spellStart"/>
    <w:r>
      <w:rPr>
        <w:color w:val="777777"/>
        <w:sz w:val="16"/>
      </w:rPr>
      <w:t>stredisko</w:t>
    </w:r>
    <w:proofErr w:type="spellEnd"/>
    <w:r>
      <w:rPr>
        <w:color w:val="777777"/>
        <w:sz w:val="16"/>
      </w:rPr>
      <w:t xml:space="preserve"> v </w:t>
    </w:r>
    <w:proofErr w:type="spellStart"/>
    <w:r>
      <w:rPr>
        <w:color w:val="777777"/>
        <w:sz w:val="16"/>
      </w:rPr>
      <w:t>Senici</w:t>
    </w:r>
    <w:proofErr w:type="spellEnd"/>
    <w:r>
      <w:rPr>
        <w:color w:val="777777"/>
        <w:sz w:val="16"/>
      </w:rPr>
      <w:t xml:space="preserve"> • Vajanského 19/5 • 905 01 Senica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6B7B8" w14:textId="77777777" w:rsidR="00612971" w:rsidRDefault="00612971">
      <w:pPr>
        <w:spacing w:after="0" w:line="240" w:lineRule="auto"/>
      </w:pPr>
      <w:r>
        <w:separator/>
      </w:r>
    </w:p>
  </w:footnote>
  <w:footnote w:type="continuationSeparator" w:id="0">
    <w:p w14:paraId="37BFAEB1" w14:textId="77777777" w:rsidR="00612971" w:rsidRDefault="00612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302533">
    <w:abstractNumId w:val="8"/>
  </w:num>
  <w:num w:numId="2" w16cid:durableId="34356269">
    <w:abstractNumId w:val="6"/>
  </w:num>
  <w:num w:numId="3" w16cid:durableId="739443259">
    <w:abstractNumId w:val="5"/>
  </w:num>
  <w:num w:numId="4" w16cid:durableId="1027948271">
    <w:abstractNumId w:val="4"/>
  </w:num>
  <w:num w:numId="5" w16cid:durableId="287131556">
    <w:abstractNumId w:val="7"/>
  </w:num>
  <w:num w:numId="6" w16cid:durableId="184907114">
    <w:abstractNumId w:val="3"/>
  </w:num>
  <w:num w:numId="7" w16cid:durableId="1542934274">
    <w:abstractNumId w:val="2"/>
  </w:num>
  <w:num w:numId="8" w16cid:durableId="1481993607">
    <w:abstractNumId w:val="1"/>
  </w:num>
  <w:num w:numId="9" w16cid:durableId="71939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4614"/>
    <w:rsid w:val="0029639D"/>
    <w:rsid w:val="00326F90"/>
    <w:rsid w:val="003D3DAF"/>
    <w:rsid w:val="004513B9"/>
    <w:rsid w:val="00451AE1"/>
    <w:rsid w:val="005462C1"/>
    <w:rsid w:val="00603797"/>
    <w:rsid w:val="00612971"/>
    <w:rsid w:val="00641624"/>
    <w:rsid w:val="006426FC"/>
    <w:rsid w:val="00762432"/>
    <w:rsid w:val="00770F4D"/>
    <w:rsid w:val="007C3C02"/>
    <w:rsid w:val="008454EA"/>
    <w:rsid w:val="00AA1D8D"/>
    <w:rsid w:val="00AA2CB3"/>
    <w:rsid w:val="00AD31D9"/>
    <w:rsid w:val="00AF2EBD"/>
    <w:rsid w:val="00B02602"/>
    <w:rsid w:val="00B47730"/>
    <w:rsid w:val="00C84CF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F20DC"/>
  <w14:defaultImageDpi w14:val="300"/>
  <w15:docId w15:val="{6B69C22C-2411-4037-817D-B67DACFE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/>
    </w:pPr>
    <w:rPr>
      <w:rFonts w:ascii="Aptos" w:hAnsi="Aptos"/>
      <w:color w:val="555555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382D"/>
      <w:sz w:val="32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C4A5A"/>
      <w:sz w:val="25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382D"/>
      <w:spacing w:val="5"/>
      <w:kern w:val="28"/>
      <w:sz w:val="50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Rysová</cp:lastModifiedBy>
  <cp:revision>7</cp:revision>
  <dcterms:created xsi:type="dcterms:W3CDTF">2026-09-13T17:34:00Z</dcterms:created>
  <dcterms:modified xsi:type="dcterms:W3CDTF">2026-09-16T12:13:00Z</dcterms:modified>
  <cp:category/>
</cp:coreProperties>
</file>